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5087B" w14:textId="77777777" w:rsidR="00316AB8" w:rsidRDefault="00000000">
      <w:pPr>
        <w:spacing w:after="20"/>
        <w:jc w:val="center"/>
      </w:pPr>
      <w:r>
        <w:rPr>
          <w:rFonts w:eastAsia="Aptos"/>
          <w:b/>
          <w:sz w:val="44"/>
        </w:rPr>
        <w:t>Marcus Waldman</w:t>
      </w:r>
    </w:p>
    <w:p w14:paraId="505326EE" w14:textId="77777777" w:rsidR="00316AB8" w:rsidRDefault="00000000">
      <w:pPr>
        <w:jc w:val="center"/>
      </w:pPr>
      <w:r>
        <w:rPr>
          <w:rFonts w:eastAsia="Aptos"/>
          <w:b/>
          <w:color w:val="1F4E79"/>
        </w:rPr>
        <w:t>ENGINEERING DIRECTOR | PRODUCT, PLATFORM &amp; ORGANIZATIONAL LEADERSHIP</w:t>
      </w:r>
    </w:p>
    <w:p w14:paraId="210966E8" w14:textId="77777777" w:rsidR="00316AB8" w:rsidRDefault="00000000">
      <w:pPr>
        <w:spacing w:after="20"/>
        <w:jc w:val="center"/>
      </w:pPr>
      <w:r>
        <w:rPr>
          <w:rFonts w:eastAsia="Aptos"/>
        </w:rPr>
        <w:t>Montclair, NJ | 732-742-8190 | marcusjwaldman@gmail.com</w:t>
      </w:r>
    </w:p>
    <w:p w14:paraId="00BDA216" w14:textId="77777777" w:rsidR="00316AB8" w:rsidRDefault="00000000">
      <w:pPr>
        <w:spacing w:after="100"/>
        <w:jc w:val="center"/>
      </w:pPr>
      <w:hyperlink r:id="rId6">
        <w:r>
          <w:rPr>
            <w:color w:val="0563C1"/>
            <w:u w:val="single"/>
          </w:rPr>
          <w:t>marcuswaldman.com</w:t>
        </w:r>
      </w:hyperlink>
      <w:r>
        <w:rPr>
          <w:rFonts w:eastAsia="Aptos"/>
          <w:color w:val="505050"/>
        </w:rPr>
        <w:t xml:space="preserve"> | </w:t>
      </w:r>
      <w:hyperlink r:id="rId7">
        <w:r>
          <w:rPr>
            <w:color w:val="0563C1"/>
            <w:u w:val="single"/>
          </w:rPr>
          <w:t>linkedin.com/in/marcus-waldman</w:t>
        </w:r>
      </w:hyperlink>
    </w:p>
    <w:p w14:paraId="05FFC444" w14:textId="77777777" w:rsidR="00316AB8" w:rsidRDefault="00000000">
      <w:pPr>
        <w:pStyle w:val="ResumeSection"/>
        <w:pBdr>
          <w:bottom w:val="single" w:sz="6" w:space="2" w:color="1F4E79"/>
        </w:pBdr>
      </w:pPr>
      <w:r>
        <w:rPr>
          <w:rFonts w:eastAsia="Aptos"/>
        </w:rPr>
        <w:t>PROFESSIONAL SUMMARY</w:t>
      </w:r>
    </w:p>
    <w:p w14:paraId="401926DE" w14:textId="77777777" w:rsidR="00316AB8" w:rsidRDefault="00000000">
      <w:r>
        <w:rPr>
          <w:rFonts w:eastAsia="Aptos"/>
        </w:rPr>
        <w:t>Engineering Director and people-first technology leader with more than 20 years of experience building product, platform, and data capabilities across financial services, restaurant technology, healthcare, and growth-stage software companies. Proven success leading managers and cross-functional organizations of 40+ people, shaping engineering strategy, strengthening operating discipline through KPIs and OKRs, and delivering resilient cloud platforms. Combines organizational leadership and product judgment with deep technical fluency in Java, Python, React, AWS, GCP, distributed systems, and event-driven architecture.</w:t>
      </w:r>
    </w:p>
    <w:p w14:paraId="1FF4E089" w14:textId="77777777" w:rsidR="00316AB8" w:rsidRDefault="00000000">
      <w:pPr>
        <w:pStyle w:val="ResumeSection"/>
        <w:pBdr>
          <w:bottom w:val="single" w:sz="6" w:space="2" w:color="1F4E79"/>
        </w:pBdr>
      </w:pPr>
      <w:r>
        <w:rPr>
          <w:rFonts w:eastAsia="Aptos"/>
        </w:rPr>
        <w:t>LEADERSHIP &amp; TECHNICAL EXPERTISE</w:t>
      </w:r>
    </w:p>
    <w:p w14:paraId="10569FBF" w14:textId="77777777" w:rsidR="00316AB8" w:rsidRDefault="00000000">
      <w:pPr>
        <w:spacing w:after="40"/>
      </w:pPr>
      <w:r>
        <w:rPr>
          <w:rFonts w:eastAsia="Aptos"/>
          <w:b/>
          <w:sz w:val="18"/>
        </w:rPr>
        <w:t xml:space="preserve">Leadership: </w:t>
      </w:r>
      <w:r>
        <w:rPr>
          <w:rFonts w:eastAsia="Aptos"/>
          <w:sz w:val="18"/>
        </w:rPr>
        <w:t>Engineering Strategy, Manager &amp; Team Development, Organizational Design, Product Delivery, Platform Health, Budgeting &amp; Resource Planning, KPIs/OKRs, Cross-Functional Leadership, Agile Delivery</w:t>
      </w:r>
    </w:p>
    <w:p w14:paraId="663B09CC" w14:textId="77777777" w:rsidR="00316AB8" w:rsidRDefault="00000000">
      <w:pPr>
        <w:spacing w:after="40"/>
      </w:pPr>
      <w:r>
        <w:rPr>
          <w:rFonts w:eastAsia="Aptos"/>
          <w:b/>
          <w:sz w:val="18"/>
        </w:rPr>
        <w:t xml:space="preserve">Technology: </w:t>
      </w:r>
      <w:r>
        <w:rPr>
          <w:rFonts w:eastAsia="Aptos"/>
          <w:sz w:val="18"/>
        </w:rPr>
        <w:t>Java, Python, JavaScript/TypeScript, Spring/Spring Boot, Django, Flask, React, Node.js, REST APIs, Microservices, Serverless &amp; Event-Driven Architecture</w:t>
      </w:r>
    </w:p>
    <w:p w14:paraId="01F3C5C8" w14:textId="77777777" w:rsidR="00316AB8" w:rsidRDefault="00000000">
      <w:pPr>
        <w:spacing w:after="40"/>
      </w:pPr>
      <w:r>
        <w:rPr>
          <w:rFonts w:eastAsia="Aptos"/>
          <w:b/>
          <w:sz w:val="18"/>
        </w:rPr>
        <w:t xml:space="preserve">Cloud &amp; Data: </w:t>
      </w:r>
      <w:r>
        <w:rPr>
          <w:rFonts w:eastAsia="Aptos"/>
          <w:sz w:val="18"/>
        </w:rPr>
        <w:t>AWS, GCP, Terraform, Docker, Kubernetes, Kafka, Hadoop, SQL/NoSQL, MSSQL, Oracle, MySQL, Elasticsearch, CI/CD</w:t>
      </w:r>
    </w:p>
    <w:p w14:paraId="7FF747FE" w14:textId="77777777" w:rsidR="00316AB8" w:rsidRDefault="00000000">
      <w:pPr>
        <w:pStyle w:val="ResumeSection"/>
        <w:pBdr>
          <w:bottom w:val="single" w:sz="6" w:space="2" w:color="1F4E79"/>
        </w:pBdr>
      </w:pPr>
      <w:r>
        <w:rPr>
          <w:rFonts w:eastAsia="Aptos"/>
        </w:rPr>
        <w:t>PROFESSIONAL EXPERIENCE</w:t>
      </w:r>
    </w:p>
    <w:p w14:paraId="4C91E046" w14:textId="77777777" w:rsidR="00316AB8" w:rsidRDefault="00000000">
      <w:pPr>
        <w:pStyle w:val="ResumeJob"/>
      </w:pPr>
      <w:r>
        <w:rPr>
          <w:rFonts w:eastAsia="Aptos"/>
        </w:rPr>
        <w:t>American Express - New York, NY</w:t>
      </w:r>
      <w:r>
        <w:rPr>
          <w:rFonts w:eastAsia="Aptos"/>
          <w:b w:val="0"/>
          <w:color w:val="505050"/>
          <w:sz w:val="19"/>
        </w:rPr>
        <w:tab/>
        <w:t>Nov 2024 - Present</w:t>
      </w:r>
    </w:p>
    <w:p w14:paraId="1355B7B9" w14:textId="77777777" w:rsidR="00316AB8" w:rsidRDefault="00000000">
      <w:pPr>
        <w:pStyle w:val="ResumeRole"/>
      </w:pPr>
      <w:r>
        <w:rPr>
          <w:rFonts w:eastAsia="Aptos"/>
        </w:rPr>
        <w:t>Engineering Director</w:t>
      </w:r>
    </w:p>
    <w:p w14:paraId="5A75E2F6" w14:textId="77777777" w:rsidR="00316AB8" w:rsidRDefault="00000000">
      <w:pPr>
        <w:pStyle w:val="ListBullet"/>
      </w:pPr>
      <w:r>
        <w:rPr>
          <w:rFonts w:eastAsia="Aptos"/>
        </w:rPr>
        <w:t>Lead product-driven, cross-functional engineering teams and frontline managers responsible for Restaurant Reservations and Restaurant Management platforms.</w:t>
      </w:r>
    </w:p>
    <w:p w14:paraId="7790DE64" w14:textId="77777777" w:rsidR="00316AB8" w:rsidRDefault="00000000">
      <w:pPr>
        <w:pStyle w:val="ListBullet"/>
      </w:pPr>
      <w:r>
        <w:rPr>
          <w:rFonts w:eastAsia="Aptos"/>
        </w:rPr>
        <w:t>Direct feature delivery and platform health across Java, Python, and React/JavaScript ecosystems running on AWS and GCP.</w:t>
      </w:r>
    </w:p>
    <w:p w14:paraId="0BB0992B" w14:textId="77777777" w:rsidR="00316AB8" w:rsidRDefault="00000000">
      <w:pPr>
        <w:pStyle w:val="ListBullet"/>
      </w:pPr>
      <w:r>
        <w:rPr>
          <w:rFonts w:eastAsia="Aptos"/>
        </w:rPr>
        <w:t>Partner with product and business leaders to translate customer and operational priorities into engineering plans that balance new capabilities with reliability and maintainability.</w:t>
      </w:r>
    </w:p>
    <w:p w14:paraId="10F0BD66" w14:textId="77777777" w:rsidR="00316AB8" w:rsidRDefault="00000000">
      <w:pPr>
        <w:pStyle w:val="ListBullet"/>
      </w:pPr>
      <w:r>
        <w:rPr>
          <w:rFonts w:eastAsia="Aptos"/>
        </w:rPr>
        <w:t>Coach engineers and emerging managers, set organizational expectations, and provide technical direction across multiple platform domains.</w:t>
      </w:r>
    </w:p>
    <w:p w14:paraId="7E9E9D0F" w14:textId="77777777" w:rsidR="00316AB8" w:rsidRDefault="00000000">
      <w:pPr>
        <w:pStyle w:val="ResumeJob"/>
      </w:pPr>
      <w:r>
        <w:rPr>
          <w:rFonts w:eastAsia="Aptos"/>
        </w:rPr>
        <w:t>Teem Ventures - New York, NY</w:t>
      </w:r>
      <w:r>
        <w:rPr>
          <w:rFonts w:eastAsia="Aptos"/>
          <w:b w:val="0"/>
          <w:color w:val="505050"/>
          <w:sz w:val="19"/>
        </w:rPr>
        <w:tab/>
        <w:t>Jan 2024 - Nov 2024</w:t>
      </w:r>
    </w:p>
    <w:p w14:paraId="25FC52B2" w14:textId="77777777" w:rsidR="00316AB8" w:rsidRDefault="00000000">
      <w:pPr>
        <w:pStyle w:val="ResumeRole"/>
      </w:pPr>
      <w:r>
        <w:rPr>
          <w:rFonts w:eastAsia="Aptos"/>
        </w:rPr>
        <w:t>Engineering Director</w:t>
      </w:r>
    </w:p>
    <w:p w14:paraId="5BFD2F15" w14:textId="77777777" w:rsidR="00316AB8" w:rsidRDefault="00000000">
      <w:pPr>
        <w:pStyle w:val="ListBullet"/>
      </w:pPr>
      <w:r>
        <w:rPr>
          <w:rFonts w:eastAsia="Aptos"/>
        </w:rPr>
        <w:t>Led remote, cross-functional engineering teams delivering anxiety and depression applications while supporting HIPAA compliance and clinical-trial needs.</w:t>
      </w:r>
    </w:p>
    <w:p w14:paraId="1B043038" w14:textId="77777777" w:rsidR="00316AB8" w:rsidRDefault="00000000">
      <w:pPr>
        <w:pStyle w:val="ListBullet"/>
      </w:pPr>
      <w:r>
        <w:rPr>
          <w:rFonts w:eastAsia="Aptos"/>
        </w:rPr>
        <w:t>Translated product and client goals into architecture and delivery plans; guided technology decisions, cost management, strategic planning, and hiring.</w:t>
      </w:r>
    </w:p>
    <w:p w14:paraId="0ABA83ED" w14:textId="77777777" w:rsidR="00316AB8" w:rsidRDefault="00000000">
      <w:pPr>
        <w:pStyle w:val="ListBullet"/>
      </w:pPr>
      <w:r>
        <w:rPr>
          <w:rFonts w:eastAsia="Aptos"/>
        </w:rPr>
        <w:t>Designed serverless, microservices, and event-driven platforms; reinforced quality through code reviews, technical guidance, and coaching.</w:t>
      </w:r>
    </w:p>
    <w:p w14:paraId="3063DBB0" w14:textId="77777777" w:rsidR="00316AB8" w:rsidRDefault="00000000">
      <w:pPr>
        <w:pStyle w:val="ResumeJob"/>
      </w:pPr>
      <w:r>
        <w:rPr>
          <w:rFonts w:eastAsia="Aptos"/>
        </w:rPr>
        <w:t>S44 - Montvale, NJ</w:t>
      </w:r>
      <w:r>
        <w:rPr>
          <w:rFonts w:eastAsia="Aptos"/>
          <w:b w:val="0"/>
          <w:color w:val="505050"/>
          <w:sz w:val="19"/>
        </w:rPr>
        <w:tab/>
        <w:t>Nov 2021 - Sep 2023</w:t>
      </w:r>
    </w:p>
    <w:p w14:paraId="01EFB872" w14:textId="77777777" w:rsidR="00316AB8" w:rsidRDefault="00000000">
      <w:pPr>
        <w:pStyle w:val="ResumeRole"/>
      </w:pPr>
      <w:r>
        <w:rPr>
          <w:rFonts w:eastAsia="Aptos"/>
        </w:rPr>
        <w:t>Senior Engineering Manager</w:t>
      </w:r>
    </w:p>
    <w:p w14:paraId="6483A828" w14:textId="77777777" w:rsidR="00316AB8" w:rsidRDefault="00000000">
      <w:pPr>
        <w:pStyle w:val="ListBullet"/>
      </w:pPr>
      <w:r>
        <w:rPr>
          <w:rFonts w:eastAsia="Aptos"/>
        </w:rPr>
        <w:t>Directed six engineering teams with 40+ direct and indirect reports, setting technical strategy and developing engineering leaders.</w:t>
      </w:r>
    </w:p>
    <w:p w14:paraId="29D6EFF6" w14:textId="77777777" w:rsidR="00316AB8" w:rsidRDefault="00000000">
      <w:pPr>
        <w:pStyle w:val="ListBullet"/>
      </w:pPr>
      <w:r>
        <w:rPr>
          <w:rFonts w:eastAsia="Aptos"/>
        </w:rPr>
        <w:t>Managed budgets and resource allocation to achieve a 50% cost-to-revenue margin.</w:t>
      </w:r>
    </w:p>
    <w:p w14:paraId="35C06A4A" w14:textId="77777777" w:rsidR="00316AB8" w:rsidRDefault="00000000">
      <w:pPr>
        <w:pStyle w:val="ListBullet"/>
      </w:pPr>
      <w:r>
        <w:rPr>
          <w:rFonts w:eastAsia="Aptos"/>
        </w:rPr>
        <w:t>Introduced engineering KPIs and OKRs to improve visibility into operating efficiency, delivery, and quality.</w:t>
      </w:r>
    </w:p>
    <w:p w14:paraId="31BA5C05" w14:textId="77777777" w:rsidR="00316AB8" w:rsidRDefault="00000000">
      <w:pPr>
        <w:pStyle w:val="ListBullet"/>
      </w:pPr>
      <w:r>
        <w:rPr>
          <w:rFonts w:eastAsia="Aptos"/>
        </w:rPr>
        <w:t>Led an engineering-department reorganization and expanded career development through mentorship, training, individual coaching, and dedicated learning time.</w:t>
      </w:r>
    </w:p>
    <w:p w14:paraId="5568FC10" w14:textId="77777777" w:rsidR="00316AB8" w:rsidRDefault="00000000">
      <w:pPr>
        <w:pStyle w:val="ResumeJob"/>
        <w:pageBreakBefore/>
      </w:pPr>
      <w:r>
        <w:rPr>
          <w:rFonts w:eastAsia="Aptos"/>
        </w:rPr>
        <w:lastRenderedPageBreak/>
        <w:t>Allstate Identity Protection - Scottsdale, AZ</w:t>
      </w:r>
      <w:r>
        <w:rPr>
          <w:rFonts w:eastAsia="Aptos"/>
          <w:b w:val="0"/>
          <w:color w:val="505050"/>
          <w:sz w:val="19"/>
        </w:rPr>
        <w:tab/>
        <w:t>May 2018 - Nov 2021</w:t>
      </w:r>
    </w:p>
    <w:p w14:paraId="379AE042" w14:textId="77777777" w:rsidR="00316AB8" w:rsidRDefault="00000000">
      <w:pPr>
        <w:pStyle w:val="ResumeRole"/>
      </w:pPr>
      <w:r>
        <w:rPr>
          <w:rFonts w:eastAsia="Aptos"/>
        </w:rPr>
        <w:t>Team Lead</w:t>
      </w:r>
    </w:p>
    <w:p w14:paraId="4B9A13C6" w14:textId="77777777" w:rsidR="00316AB8" w:rsidRDefault="00000000">
      <w:pPr>
        <w:pStyle w:val="ListBullet"/>
      </w:pPr>
      <w:r>
        <w:rPr>
          <w:rFonts w:eastAsia="Aptos"/>
        </w:rPr>
        <w:t>Provided leadership and technical direction to multiple engineering teams building event-driven and REST API microservices.</w:t>
      </w:r>
    </w:p>
    <w:p w14:paraId="70F57DED" w14:textId="77777777" w:rsidR="00316AB8" w:rsidRDefault="00000000">
      <w:pPr>
        <w:pStyle w:val="ListBullet"/>
      </w:pPr>
      <w:r>
        <w:rPr>
          <w:rFonts w:eastAsia="Aptos"/>
        </w:rPr>
        <w:t>Spearheaded migration from a monolith to an event-driven microservices platform designed to scale from hundreds of thousands toward hundreds of millions of users.</w:t>
      </w:r>
    </w:p>
    <w:p w14:paraId="14ECD5A0" w14:textId="77777777" w:rsidR="00316AB8" w:rsidRDefault="00000000">
      <w:pPr>
        <w:pStyle w:val="ListBullet"/>
      </w:pPr>
      <w:r>
        <w:rPr>
          <w:rFonts w:eastAsia="Aptos"/>
        </w:rPr>
        <w:t>Partnered with product leadership to translate business problems into scalable technology solutions.</w:t>
      </w:r>
    </w:p>
    <w:p w14:paraId="5CCC1D96" w14:textId="77777777" w:rsidR="00316AB8" w:rsidRDefault="00000000">
      <w:pPr>
        <w:pStyle w:val="ListBullet"/>
      </w:pPr>
      <w:r>
        <w:rPr>
          <w:rFonts w:eastAsia="Aptos"/>
        </w:rPr>
        <w:t>Contributed to patented machine-learning methods for fraud prediction and identity-health analysis (US-20220309388-A1, published September 29, 2022).</w:t>
      </w:r>
    </w:p>
    <w:p w14:paraId="1D97E1C1" w14:textId="77777777" w:rsidR="00316AB8" w:rsidRDefault="00000000">
      <w:pPr>
        <w:pStyle w:val="ResumeJob"/>
      </w:pPr>
      <w:r>
        <w:rPr>
          <w:rFonts w:eastAsia="Aptos"/>
        </w:rPr>
        <w:t>Digital Reasoning - Franklin, TN</w:t>
      </w:r>
      <w:r>
        <w:rPr>
          <w:rFonts w:eastAsia="Aptos"/>
          <w:b w:val="0"/>
          <w:color w:val="505050"/>
          <w:sz w:val="19"/>
        </w:rPr>
        <w:tab/>
        <w:t>Nov 2015 - May 2018</w:t>
      </w:r>
    </w:p>
    <w:p w14:paraId="66BC6FEB" w14:textId="77777777" w:rsidR="00316AB8" w:rsidRDefault="00000000">
      <w:pPr>
        <w:pStyle w:val="ResumeRole"/>
      </w:pPr>
      <w:r>
        <w:rPr>
          <w:rFonts w:eastAsia="Aptos"/>
        </w:rPr>
        <w:t>Software Service Engineer</w:t>
      </w:r>
    </w:p>
    <w:p w14:paraId="661E7D29" w14:textId="77777777" w:rsidR="00316AB8" w:rsidRDefault="00000000">
      <w:pPr>
        <w:pStyle w:val="ListBullet"/>
      </w:pPr>
      <w:r>
        <w:rPr>
          <w:rFonts w:eastAsia="Aptos"/>
        </w:rPr>
        <w:t>Served as the embedded engineering liaison for Point72 Asset Management, providing technical guidance and supervising the service team.</w:t>
      </w:r>
    </w:p>
    <w:p w14:paraId="3AB47239" w14:textId="77777777" w:rsidR="00316AB8" w:rsidRDefault="00000000">
      <w:pPr>
        <w:pStyle w:val="ListBullet"/>
      </w:pPr>
      <w:r>
        <w:rPr>
          <w:rFonts w:eastAsia="Aptos"/>
        </w:rPr>
        <w:t>Maintained ETL and data-warehouse systems using Python, Java/Spring, and Hadoop; partnered with data scientists to prepare training data for sentiment models.</w:t>
      </w:r>
    </w:p>
    <w:p w14:paraId="378ED6DD" w14:textId="77777777" w:rsidR="00316AB8" w:rsidRDefault="00000000">
      <w:pPr>
        <w:pStyle w:val="ResumeJob"/>
      </w:pPr>
      <w:r>
        <w:rPr>
          <w:rFonts w:eastAsia="Aptos"/>
        </w:rPr>
        <w:t>Mana Health - New York, NY</w:t>
      </w:r>
      <w:r>
        <w:rPr>
          <w:rFonts w:eastAsia="Aptos"/>
          <w:b w:val="0"/>
          <w:color w:val="505050"/>
          <w:sz w:val="19"/>
        </w:rPr>
        <w:tab/>
        <w:t>Feb 2014 - Nov 2015</w:t>
      </w:r>
    </w:p>
    <w:p w14:paraId="7DD5B42C" w14:textId="77777777" w:rsidR="00316AB8" w:rsidRDefault="00000000">
      <w:pPr>
        <w:pStyle w:val="ResumeRole"/>
      </w:pPr>
      <w:r>
        <w:rPr>
          <w:rFonts w:eastAsia="Aptos"/>
        </w:rPr>
        <w:t>Backend Developer</w:t>
      </w:r>
    </w:p>
    <w:p w14:paraId="0A6DFEAA" w14:textId="77777777" w:rsidR="00316AB8" w:rsidRDefault="00000000">
      <w:pPr>
        <w:pStyle w:val="ListBullet"/>
      </w:pPr>
      <w:r>
        <w:rPr>
          <w:rFonts w:eastAsia="Aptos"/>
        </w:rPr>
        <w:t>Designed and developed Java web services within an agile team for a healthcare technology startup.</w:t>
      </w:r>
    </w:p>
    <w:p w14:paraId="38CF6AD8" w14:textId="77777777" w:rsidR="00316AB8" w:rsidRDefault="00000000">
      <w:pPr>
        <w:pStyle w:val="ResumeJob"/>
      </w:pPr>
      <w:r>
        <w:rPr>
          <w:rFonts w:eastAsia="Aptos"/>
        </w:rPr>
        <w:t>Staten Island University Hospital - Staten Island, NY</w:t>
      </w:r>
      <w:r>
        <w:rPr>
          <w:rFonts w:eastAsia="Aptos"/>
          <w:b w:val="0"/>
          <w:color w:val="505050"/>
          <w:sz w:val="19"/>
        </w:rPr>
        <w:tab/>
        <w:t>Nov 1997 - Feb 2014</w:t>
      </w:r>
    </w:p>
    <w:p w14:paraId="0842A4F5" w14:textId="77777777" w:rsidR="00316AB8" w:rsidRDefault="00000000">
      <w:pPr>
        <w:pStyle w:val="ResumeRole"/>
      </w:pPr>
      <w:r>
        <w:rPr>
          <w:rFonts w:eastAsia="Aptos"/>
        </w:rPr>
        <w:t>Supervisor of Program Applications</w:t>
      </w:r>
    </w:p>
    <w:p w14:paraId="7FBEFF3A" w14:textId="77777777" w:rsidR="00316AB8" w:rsidRDefault="00000000">
      <w:pPr>
        <w:pStyle w:val="ListBullet"/>
      </w:pPr>
      <w:r>
        <w:rPr>
          <w:rFonts w:eastAsia="Aptos"/>
        </w:rPr>
        <w:t>Led a cross-functional development team supporting hospital applications and technology operations.</w:t>
      </w:r>
    </w:p>
    <w:p w14:paraId="5D524510" w14:textId="77777777" w:rsidR="00316AB8" w:rsidRDefault="00000000">
      <w:pPr>
        <w:pStyle w:val="ListBullet"/>
      </w:pPr>
      <w:r>
        <w:rPr>
          <w:rFonts w:eastAsia="Aptos"/>
        </w:rPr>
        <w:t>Built and maintained data warehouses, databases, and web applications supporting clinical and operational needs.</w:t>
      </w:r>
    </w:p>
    <w:p w14:paraId="38304D5B" w14:textId="77777777" w:rsidR="00316AB8" w:rsidRDefault="00000000">
      <w:pPr>
        <w:pStyle w:val="ResumeSection"/>
        <w:pBdr>
          <w:bottom w:val="single" w:sz="6" w:space="2" w:color="1F4E79"/>
        </w:pBdr>
      </w:pPr>
      <w:r>
        <w:rPr>
          <w:rFonts w:eastAsia="Aptos"/>
        </w:rPr>
        <w:t>EDUCATION</w:t>
      </w:r>
    </w:p>
    <w:p w14:paraId="30146E08" w14:textId="77777777" w:rsidR="00316AB8" w:rsidRDefault="00000000">
      <w:pPr>
        <w:spacing w:after="0"/>
      </w:pPr>
      <w:r>
        <w:rPr>
          <w:rFonts w:eastAsia="Aptos"/>
          <w:b/>
        </w:rPr>
        <w:t>B.S. Computer Science</w:t>
      </w:r>
      <w:r>
        <w:rPr>
          <w:rFonts w:eastAsia="Aptos"/>
        </w:rPr>
        <w:t xml:space="preserve"> | The College of New Jersey, Trenton, NJ</w:t>
      </w:r>
    </w:p>
    <w:sectPr w:rsidR="00316AB8" w:rsidSect="00034616">
      <w:pgSz w:w="12240" w:h="15840"/>
      <w:pgMar w:top="835" w:right="979" w:bottom="835" w:left="979"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5887183">
    <w:abstractNumId w:val="8"/>
  </w:num>
  <w:num w:numId="2" w16cid:durableId="1881018491">
    <w:abstractNumId w:val="6"/>
  </w:num>
  <w:num w:numId="3" w16cid:durableId="164899348">
    <w:abstractNumId w:val="5"/>
  </w:num>
  <w:num w:numId="4" w16cid:durableId="2111972609">
    <w:abstractNumId w:val="4"/>
  </w:num>
  <w:num w:numId="5" w16cid:durableId="1392727485">
    <w:abstractNumId w:val="7"/>
  </w:num>
  <w:num w:numId="6" w16cid:durableId="301692211">
    <w:abstractNumId w:val="3"/>
  </w:num>
  <w:num w:numId="7" w16cid:durableId="723021539">
    <w:abstractNumId w:val="2"/>
  </w:num>
  <w:num w:numId="8" w16cid:durableId="750154929">
    <w:abstractNumId w:val="1"/>
  </w:num>
  <w:num w:numId="9" w16cid:durableId="209867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80E"/>
    <w:rsid w:val="0015074B"/>
    <w:rsid w:val="0029639D"/>
    <w:rsid w:val="00316AB8"/>
    <w:rsid w:val="00326F90"/>
    <w:rsid w:val="00910DD1"/>
    <w:rsid w:val="00AA1D8D"/>
    <w:rsid w:val="00B47730"/>
    <w:rsid w:val="00CB0664"/>
    <w:rsid w:val="00F57B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FC3BB"/>
  <w14:defaultImageDpi w14:val="300"/>
  <w15:docId w15:val="{E8E49282-1DE2-4C80-8DAC-820A071D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Aptos" w:hAnsi="Aptos"/>
      <w:color w:val="1E1E1E"/>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54" w:lineRule="auto"/>
      <w:ind w:left="418" w:hanging="230"/>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Section">
    <w:name w:val="Resume Section"/>
    <w:basedOn w:val="Normal"/>
    <w:pPr>
      <w:keepNext/>
      <w:spacing w:before="160" w:after="100"/>
    </w:pPr>
    <w:rPr>
      <w:b/>
      <w:color w:val="1F4E79"/>
      <w:sz w:val="21"/>
    </w:rPr>
  </w:style>
  <w:style w:type="paragraph" w:customStyle="1" w:styleId="ResumeJob">
    <w:name w:val="Resume Job"/>
    <w:basedOn w:val="Normal"/>
    <w:pPr>
      <w:keepNext/>
      <w:tabs>
        <w:tab w:val="right" w:pos="10296"/>
      </w:tabs>
      <w:spacing w:before="120" w:after="0"/>
    </w:pPr>
    <w:rPr>
      <w:b/>
      <w:sz w:val="20"/>
    </w:rPr>
  </w:style>
  <w:style w:type="paragraph" w:customStyle="1" w:styleId="ResumeRole">
    <w:name w:val="Resume Role"/>
    <w:basedOn w:val="Normal"/>
    <w:pPr>
      <w:keepNext/>
      <w:spacing w:after="40"/>
    </w:pPr>
    <w:rPr>
      <w:i/>
      <w:color w:val="5050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marcus-waldma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cuswaldman.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Marcus Waldman Resume</dc:title>
  <dc:subject>Engineering leadership resume</dc:subject>
  <dc:creator>Marcus Waldman</dc:creator>
  <cp:keywords>Engineering Director, Director of Engineering, Head of Engineering, VP Engineering, People Leadership, Platform Engineering, Product Engineering, AWS, GCP</cp:keywords>
  <dc:description>generated by python-docx</dc:description>
  <cp:lastModifiedBy>Marcus Waldman</cp:lastModifiedBy>
  <cp:revision>2</cp:revision>
  <dcterms:created xsi:type="dcterms:W3CDTF">2026-08-09T18:24:00Z</dcterms:created>
  <dcterms:modified xsi:type="dcterms:W3CDTF">2026-08-09T18:24:00Z</dcterms:modified>
  <cp:category/>
</cp:coreProperties>
</file>